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E499A" w14:textId="77777777" w:rsidR="0018261D" w:rsidRPr="00BB3402" w:rsidRDefault="0018261D" w:rsidP="00182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</w:pPr>
      <w:r w:rsidRPr="00BB3402"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  <w:t>R  O  M  A  N  I  A</w:t>
      </w:r>
    </w:p>
    <w:p w14:paraId="4F1A9420" w14:textId="77777777" w:rsidR="0018261D" w:rsidRPr="00BB3402" w:rsidRDefault="0018261D" w:rsidP="00182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24"/>
          <w:lang w:val="ro-RO"/>
        </w:rPr>
      </w:pPr>
      <w:r w:rsidRPr="00BB3402">
        <w:rPr>
          <w:rFonts w:ascii="Times New Roman" w:eastAsia="Times New Roman" w:hAnsi="Times New Roman" w:cs="Times New Roman"/>
          <w:b/>
          <w:bCs/>
          <w:color w:val="000080"/>
          <w:sz w:val="32"/>
          <w:szCs w:val="24"/>
          <w:lang w:val="ro-RO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18261D" w:rsidRPr="00BB3402" w14:paraId="745142FF" w14:textId="77777777" w:rsidTr="004A765F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49B18124" w14:textId="77777777" w:rsidR="0018261D" w:rsidRPr="00BB3402" w:rsidRDefault="0018261D" w:rsidP="004A765F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B42309" w14:textId="77777777" w:rsidR="0018261D" w:rsidRPr="00BB3402" w:rsidRDefault="0018261D" w:rsidP="004A765F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4EB0EBC2" w14:textId="77777777" w:rsidR="0018261D" w:rsidRPr="00BB3402" w:rsidRDefault="0018261D" w:rsidP="004A765F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sz w:val="6"/>
                <w:szCs w:val="6"/>
                <w:lang w:val="fr-FR"/>
              </w:rPr>
            </w:pPr>
          </w:p>
        </w:tc>
      </w:tr>
    </w:tbl>
    <w:p w14:paraId="6C842273" w14:textId="77777777" w:rsidR="0018261D" w:rsidRPr="00BB3402" w:rsidRDefault="0018261D" w:rsidP="001826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18"/>
          <w:szCs w:val="24"/>
          <w:lang w:val="ro-RO"/>
        </w:rPr>
      </w:pPr>
    </w:p>
    <w:p w14:paraId="242A92AF" w14:textId="47CB7E06" w:rsidR="0018261D" w:rsidRPr="00BB3402" w:rsidRDefault="0018261D" w:rsidP="00182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lang w:val="ro-RO"/>
        </w:rPr>
        <w:t>PRIMAR</w:t>
      </w:r>
    </w:p>
    <w:p w14:paraId="104A15A0" w14:textId="77777777" w:rsidR="0018261D" w:rsidRPr="00BB3402" w:rsidRDefault="0018261D" w:rsidP="00182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</w:pPr>
      <w:r w:rsidRPr="00BB3402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>LOC. COROIESTI DE JOS , COD POSTAL : 737135NR. TEL./FAX. 0</w:t>
      </w:r>
      <w:r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>37084251</w:t>
      </w:r>
      <w:r w:rsidRPr="00BB3402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 ; </w:t>
      </w:r>
    </w:p>
    <w:p w14:paraId="79FD1C70" w14:textId="2A4B2647" w:rsidR="003E7E44" w:rsidRPr="0018261D" w:rsidRDefault="0018261D" w:rsidP="00182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</w:pPr>
      <w:r w:rsidRPr="00BB3402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E-MAIL : </w:t>
      </w:r>
      <w:hyperlink r:id="rId6" w:history="1">
        <w:r w:rsidRPr="00BB3402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24"/>
            <w:lang w:val="fr-FR"/>
          </w:rPr>
          <w:t>primariacoroiesti_2007@yahoo.com</w:t>
        </w:r>
      </w:hyperlink>
      <w:r w:rsidRPr="00BB3402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 ; Pagina web : </w:t>
      </w:r>
      <w:hyperlink r:id="rId7" w:history="1">
        <w:r w:rsidRPr="00BB3402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24"/>
            <w:lang w:val="fr-FR"/>
          </w:rPr>
          <w:t>www.primariacoroiesti.ro</w:t>
        </w:r>
      </w:hyperlink>
      <w:r w:rsidRPr="00BB3402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  </w:t>
      </w:r>
    </w:p>
    <w:p w14:paraId="7E38DEDC" w14:textId="0D9F233E" w:rsidR="003E7E44" w:rsidRDefault="007C177E" w:rsidP="0018261D">
      <w:pPr>
        <w:pStyle w:val="Titlu2"/>
        <w:jc w:val="center"/>
      </w:pPr>
      <w:r>
        <w:t>PROIECT DE HOTARARE</w:t>
      </w:r>
      <w:r w:rsidR="003E18B7">
        <w:t xml:space="preserve"> Nr.28</w:t>
      </w:r>
    </w:p>
    <w:p w14:paraId="0F5F068D" w14:textId="6D57C74D" w:rsidR="00DB4991" w:rsidRDefault="00000000" w:rsidP="00AE6005">
      <w:pPr>
        <w:jc w:val="center"/>
      </w:pPr>
      <w:r>
        <w:t xml:space="preserve">Privind </w:t>
      </w:r>
      <w:r w:rsidR="0018261D">
        <w:t>asigurarea transportului gratuit pentru elevi</w:t>
      </w:r>
      <w:r w:rsidR="00305E40">
        <w:t xml:space="preserve"> si personalul propriu </w:t>
      </w:r>
    </w:p>
    <w:p w14:paraId="7C4F92F2" w14:textId="77777777" w:rsidR="00A53062" w:rsidRDefault="00A53062" w:rsidP="00305E40">
      <w:pPr>
        <w:jc w:val="center"/>
      </w:pPr>
    </w:p>
    <w:p w14:paraId="2CA5A75B" w14:textId="77777777" w:rsidR="007C177E" w:rsidRDefault="007C177E" w:rsidP="00DB4991">
      <w:pPr>
        <w:pStyle w:val="Frspaiere"/>
        <w:jc w:val="both"/>
      </w:pPr>
      <w:r>
        <w:t>Consiliul local al comunei Coroiesti, judetul Vaslui, intrunit in sedinta ordinara;</w:t>
      </w:r>
    </w:p>
    <w:p w14:paraId="51E57E84" w14:textId="77777777" w:rsidR="007C177E" w:rsidRDefault="007C177E" w:rsidP="00DB4991">
      <w:pPr>
        <w:pStyle w:val="Frspaiere"/>
        <w:jc w:val="both"/>
      </w:pPr>
    </w:p>
    <w:p w14:paraId="3B88131C" w14:textId="6A120F65" w:rsidR="0018261D" w:rsidRDefault="0018261D" w:rsidP="00DB4991">
      <w:pPr>
        <w:pStyle w:val="Frspaiere"/>
        <w:jc w:val="both"/>
      </w:pPr>
      <w:r>
        <w:t>Avand in vedere :</w:t>
      </w:r>
    </w:p>
    <w:p w14:paraId="2C6DA399" w14:textId="3395C79E" w:rsidR="0018261D" w:rsidRDefault="00DB4991" w:rsidP="00DB4991">
      <w:pPr>
        <w:pStyle w:val="Frspaiere"/>
        <w:numPr>
          <w:ilvl w:val="0"/>
          <w:numId w:val="10"/>
        </w:numPr>
        <w:jc w:val="both"/>
      </w:pPr>
      <w:r>
        <w:t>Nota</w:t>
      </w:r>
      <w:r w:rsidR="00AE6005">
        <w:t xml:space="preserve"> </w:t>
      </w:r>
      <w:r>
        <w:t>de fundamentare</w:t>
      </w:r>
      <w:r w:rsidR="008E7E2A">
        <w:t xml:space="preserve"> </w:t>
      </w:r>
      <w:r w:rsidR="0018261D">
        <w:t xml:space="preserve"> a viceprimarului comunei Coroiesti, jud. Vaslui;</w:t>
      </w:r>
    </w:p>
    <w:p w14:paraId="5C6EFD63" w14:textId="1417C1FB" w:rsidR="00305E40" w:rsidRDefault="00305E40" w:rsidP="00DB4991">
      <w:pPr>
        <w:pStyle w:val="Listparagraf"/>
        <w:numPr>
          <w:ilvl w:val="0"/>
          <w:numId w:val="10"/>
        </w:numPr>
        <w:jc w:val="both"/>
      </w:pPr>
      <w:r>
        <w:t>Prevederile :</w:t>
      </w:r>
      <w:r w:rsidR="00AE6005">
        <w:t xml:space="preserve"> </w:t>
      </w:r>
      <w:r>
        <w:t>art. 83 alin. (1) și (6) din Legea învățământului preuniversitar nr. 198/2023;</w:t>
      </w:r>
    </w:p>
    <w:p w14:paraId="28FB9D87" w14:textId="2034CBA4" w:rsidR="00305E40" w:rsidRDefault="00305E40" w:rsidP="00DB4991">
      <w:pPr>
        <w:pStyle w:val="Listparagraf"/>
        <w:numPr>
          <w:ilvl w:val="0"/>
          <w:numId w:val="10"/>
        </w:numPr>
        <w:jc w:val="both"/>
      </w:pPr>
      <w:r>
        <w:t>- H.G. nr. 810/2023 privind facilitățile de transport pentru elevi;</w:t>
      </w:r>
    </w:p>
    <w:p w14:paraId="57D7005C" w14:textId="08760808" w:rsidR="00305E40" w:rsidRDefault="00305E40" w:rsidP="00DB4991">
      <w:pPr>
        <w:pStyle w:val="Listparagraf"/>
        <w:numPr>
          <w:ilvl w:val="0"/>
          <w:numId w:val="10"/>
        </w:numPr>
        <w:jc w:val="both"/>
      </w:pPr>
      <w:r>
        <w:t>- Art. 158 din Codul muncii – Legea nr. 53/2003, republicata, cu modificarile si completarile ulterioare;</w:t>
      </w:r>
    </w:p>
    <w:p w14:paraId="6E35ABBA" w14:textId="02896E44" w:rsidR="00305E40" w:rsidRDefault="00305E40" w:rsidP="00DB4991">
      <w:pPr>
        <w:pStyle w:val="Listparagraf"/>
        <w:numPr>
          <w:ilvl w:val="0"/>
          <w:numId w:val="10"/>
        </w:numPr>
        <w:jc w:val="both"/>
      </w:pPr>
      <w:r>
        <w:t>- Art. 67 și 69 din Legea finanțelor publice locale nr. 273/2006, cu modificarile si completarile ulterioare;</w:t>
      </w:r>
    </w:p>
    <w:p w14:paraId="1C09E466" w14:textId="77777777" w:rsidR="00305E40" w:rsidRDefault="00305E40" w:rsidP="00DB4991">
      <w:pPr>
        <w:pStyle w:val="Listparagraf"/>
        <w:numPr>
          <w:ilvl w:val="0"/>
          <w:numId w:val="10"/>
        </w:numPr>
        <w:jc w:val="both"/>
      </w:pPr>
      <w:r>
        <w:t>- HG nr. 1860/2006 privind drepturile de deplasare ale personalului din instituțiile publice;</w:t>
      </w:r>
    </w:p>
    <w:p w14:paraId="5191357F" w14:textId="77777777" w:rsidR="00D93089" w:rsidRDefault="00DB4991" w:rsidP="00D93089">
      <w:pPr>
        <w:pStyle w:val="Listparagraf"/>
        <w:numPr>
          <w:ilvl w:val="0"/>
          <w:numId w:val="10"/>
        </w:numPr>
        <w:jc w:val="both"/>
      </w:pPr>
      <w:r>
        <w:t>Prevederile H.C.L. nr. 9/2024 privind aprobarea Regulamentului pentru decontarea cheltuielilor de transport al personalului propriu  din cadrul Primariei Coroiesti.</w:t>
      </w:r>
    </w:p>
    <w:p w14:paraId="3C04EF08" w14:textId="77777777" w:rsidR="009F47D5" w:rsidRDefault="009F47D5" w:rsidP="009F47D5">
      <w:pPr>
        <w:pStyle w:val="Frspaiere"/>
        <w:numPr>
          <w:ilvl w:val="0"/>
          <w:numId w:val="10"/>
        </w:numPr>
        <w:ind w:right="113"/>
        <w:jc w:val="both"/>
      </w:pPr>
      <w:r>
        <w:t>Prevederile Legii nr. 52/2003, privind transparenta decizionala, in administratia</w:t>
      </w:r>
    </w:p>
    <w:p w14:paraId="45D31218" w14:textId="701DA30C" w:rsidR="009F47D5" w:rsidRDefault="009F47D5" w:rsidP="009F47D5">
      <w:pPr>
        <w:pStyle w:val="Frspaiere"/>
        <w:ind w:right="113"/>
        <w:jc w:val="both"/>
      </w:pPr>
      <w:r>
        <w:t>publica,republicata, cu modificarile si completariel ulterioare, ale Legii nr. 24/2000 privind Normele de tehnica legislative pentru elaborarea actelor normative, republicata, cu modificarile si completarile ulterioare;</w:t>
      </w:r>
    </w:p>
    <w:p w14:paraId="28B8944F" w14:textId="21AB3C53" w:rsidR="007C177E" w:rsidRDefault="007C177E" w:rsidP="009F47D5">
      <w:pPr>
        <w:ind w:left="360"/>
        <w:jc w:val="both"/>
      </w:pPr>
      <w:r>
        <w:t>In temeiul art. 129, alin</w:t>
      </w:r>
      <w:r w:rsidR="00D93089">
        <w:t xml:space="preserve">. 1 si </w:t>
      </w:r>
      <w:r>
        <w:t xml:space="preserve">2 </w:t>
      </w:r>
      <w:r w:rsidR="00D93089">
        <w:t>lit. d</w:t>
      </w:r>
      <w:r>
        <w:t>), ale art. 196, alin.1, lit.a) din OUG nr. 57/2019 privind</w:t>
      </w:r>
      <w:r w:rsidR="009F47D5">
        <w:t xml:space="preserve"> </w:t>
      </w:r>
      <w:r>
        <w:t>Codul administrativ;</w:t>
      </w:r>
    </w:p>
    <w:p w14:paraId="0C1A0837" w14:textId="4AA39449" w:rsidR="003E7E44" w:rsidRDefault="007C177E" w:rsidP="00D65437">
      <w:pPr>
        <w:pStyle w:val="Frspaiere"/>
        <w:jc w:val="center"/>
      </w:pPr>
      <w:r>
        <w:t xml:space="preserve">A D O P T A </w:t>
      </w:r>
      <w:r w:rsidR="00D65437">
        <w:t xml:space="preserve"> :</w:t>
      </w:r>
      <w:r w:rsidR="00D65437">
        <w:br/>
      </w:r>
    </w:p>
    <w:p w14:paraId="5DB9DA94" w14:textId="7AC67932" w:rsidR="003E7E44" w:rsidRDefault="00DB4991" w:rsidP="00D65437">
      <w:pPr>
        <w:pStyle w:val="Frspaiere"/>
        <w:jc w:val="both"/>
      </w:pPr>
      <w:r>
        <w:t xml:space="preserve">        </w:t>
      </w:r>
      <w:r w:rsidR="00AE6005">
        <w:tab/>
      </w:r>
      <w:r>
        <w:t xml:space="preserve">  Art. 1. Se aprobă transportul gratuit al elevilor domiciliați în comun</w:t>
      </w:r>
      <w:r w:rsidR="00D65437">
        <w:t>a Coroiesti, jud. Vaslui,</w:t>
      </w:r>
      <w:r>
        <w:t xml:space="preserve"> către și de la unitatea de învățământ </w:t>
      </w:r>
      <w:r w:rsidR="00D65437">
        <w:t xml:space="preserve"> Scoala George C. Dragu Coroiesti</w:t>
      </w:r>
      <w:r>
        <w:t>, în anul școlar</w:t>
      </w:r>
      <w:r w:rsidR="00D65437">
        <w:t xml:space="preserve"> 2025-2026</w:t>
      </w:r>
      <w:r>
        <w:t xml:space="preserve"> si al personalului pro</w:t>
      </w:r>
      <w:r w:rsidR="004C2DE1">
        <w:t>p</w:t>
      </w:r>
      <w:r>
        <w:t>riu</w:t>
      </w:r>
      <w:r w:rsidR="00AE6005">
        <w:t xml:space="preserve"> din cadrul Primariei Coroiesti.</w:t>
      </w:r>
    </w:p>
    <w:p w14:paraId="3E034D3C" w14:textId="072339A6" w:rsidR="003E7E44" w:rsidRDefault="00000000" w:rsidP="00AE6005">
      <w:pPr>
        <w:pStyle w:val="Frspaiere"/>
        <w:ind w:firstLine="720"/>
        <w:jc w:val="both"/>
      </w:pPr>
      <w:r>
        <w:t>Art. 2. Transportul se realizează cu autoturismul marca</w:t>
      </w:r>
      <w:r w:rsidR="0031564F">
        <w:t xml:space="preserve"> Dacia Logan</w:t>
      </w:r>
      <w:r w:rsidR="00891030">
        <w:t>, avand</w:t>
      </w:r>
      <w:r>
        <w:t xml:space="preserve"> nr. de înmatriculare </w:t>
      </w:r>
      <w:r w:rsidR="0031564F">
        <w:t>VS.04 PCO</w:t>
      </w:r>
      <w:r w:rsidR="00891030">
        <w:t>, autoturismul</w:t>
      </w:r>
      <w:r w:rsidR="0031564F">
        <w:t xml:space="preserve"> Dacia Logan</w:t>
      </w:r>
      <w:r w:rsidR="00891030">
        <w:t>, cu nr.</w:t>
      </w:r>
      <w:r w:rsidR="0031564F">
        <w:t xml:space="preserve"> de inmatriculare VS 12 PCO</w:t>
      </w:r>
      <w:r w:rsidR="00891030">
        <w:t>,  si autoutilitara marca Volkswagen Amaro</w:t>
      </w:r>
      <w:r w:rsidR="00CD5329">
        <w:t>k,</w:t>
      </w:r>
      <w:r w:rsidR="00891030">
        <w:t xml:space="preserve"> cu nr. de inmatriculare VS 11 PCO </w:t>
      </w:r>
      <w:r>
        <w:t>,</w:t>
      </w:r>
      <w:bookmarkStart w:id="0" w:name="_Hlk208396802"/>
      <w:r>
        <w:t xml:space="preserve"> proprietatea Primăriei</w:t>
      </w:r>
      <w:r w:rsidR="00891030">
        <w:t xml:space="preserve"> Coroiesti</w:t>
      </w:r>
      <w:r>
        <w:t xml:space="preserve">, cu respectarea normelor rutiere și a capacității autovehiculului </w:t>
      </w:r>
      <w:r w:rsidR="00891030">
        <w:t xml:space="preserve"> </w:t>
      </w:r>
      <w:bookmarkEnd w:id="0"/>
      <w:r>
        <w:t>(5 locuri)</w:t>
      </w:r>
      <w:r w:rsidR="00544B3F">
        <w:t>,</w:t>
      </w:r>
    </w:p>
    <w:p w14:paraId="15411067" w14:textId="2B24705F" w:rsidR="00A53062" w:rsidRDefault="00A53062" w:rsidP="00AE6005">
      <w:pPr>
        <w:pStyle w:val="Frspaiere"/>
        <w:ind w:firstLine="720"/>
        <w:jc w:val="both"/>
      </w:pPr>
      <w:r>
        <w:t>Art. 3</w:t>
      </w:r>
      <w:r w:rsidR="004C2DE1">
        <w:t>.</w:t>
      </w:r>
      <w:r>
        <w:t xml:space="preserve"> Transportul mentionat la art. 2 se va realiza  astfel:</w:t>
      </w:r>
    </w:p>
    <w:p w14:paraId="5D8CD17C" w14:textId="75E75051" w:rsidR="00A53062" w:rsidRDefault="00CD5329" w:rsidP="00AE6005">
      <w:pPr>
        <w:pStyle w:val="Frspaiere"/>
        <w:ind w:firstLine="720"/>
        <w:jc w:val="both"/>
      </w:pPr>
      <w:r>
        <w:lastRenderedPageBreak/>
        <w:t>Inspre si dins</w:t>
      </w:r>
      <w:r w:rsidR="00A53062">
        <w:t xml:space="preserve">pre satele componente ale comunei </w:t>
      </w:r>
      <w:r>
        <w:t>(M</w:t>
      </w:r>
      <w:r w:rsidR="00315D5F">
        <w:t>i</w:t>
      </w:r>
      <w:r>
        <w:t xml:space="preserve">reni, Movileni, Hreasca, Coroiesti de sus, Pacuraresti si Chilieni ), catre </w:t>
      </w:r>
      <w:r w:rsidR="00A53062">
        <w:t xml:space="preserve"> Scoala George C. Dragu Coroiesti</w:t>
      </w:r>
      <w:r>
        <w:t>.</w:t>
      </w:r>
    </w:p>
    <w:p w14:paraId="53E9A2A3" w14:textId="59CC7680" w:rsidR="00CD5329" w:rsidRDefault="00CD5329" w:rsidP="00AE6005">
      <w:pPr>
        <w:pStyle w:val="Frspaiere"/>
        <w:ind w:firstLine="720"/>
        <w:jc w:val="both"/>
      </w:pPr>
    </w:p>
    <w:p w14:paraId="05C227B9" w14:textId="77777777" w:rsidR="00CD5329" w:rsidRDefault="00CD5329" w:rsidP="00AE6005">
      <w:pPr>
        <w:pStyle w:val="Frspaiere"/>
        <w:ind w:firstLine="720"/>
        <w:jc w:val="both"/>
      </w:pPr>
    </w:p>
    <w:p w14:paraId="1FB6DF19" w14:textId="56567C79" w:rsidR="003E7E44" w:rsidRDefault="00000000" w:rsidP="00AE6005">
      <w:pPr>
        <w:pStyle w:val="Frspaiere"/>
        <w:ind w:firstLine="720"/>
        <w:jc w:val="both"/>
      </w:pPr>
      <w:r>
        <w:t xml:space="preserve">Art. </w:t>
      </w:r>
      <w:r w:rsidR="004C2DE1">
        <w:t>4.</w:t>
      </w:r>
      <w:r>
        <w:t xml:space="preserve"> Lista elevilor beneficiari </w:t>
      </w:r>
      <w:r w:rsidR="004C2DE1">
        <w:t>este realizata</w:t>
      </w:r>
      <w:r>
        <w:t xml:space="preserve"> de către </w:t>
      </w:r>
      <w:r w:rsidR="00D65437">
        <w:t xml:space="preserve">Scoala George C. Dragu Coroiesti, si </w:t>
      </w:r>
      <w:r w:rsidR="004C2DE1">
        <w:t xml:space="preserve"> a fost </w:t>
      </w:r>
      <w:r w:rsidR="00D65437">
        <w:t>trans</w:t>
      </w:r>
      <w:r>
        <w:t>mi</w:t>
      </w:r>
      <w:r w:rsidR="004C2DE1">
        <w:t>sa</w:t>
      </w:r>
      <w:r w:rsidR="00315D5F">
        <w:t xml:space="preserve"> catre</w:t>
      </w:r>
      <w:r w:rsidR="004C2DE1">
        <w:t xml:space="preserve"> U.A.T. Coroiesti</w:t>
      </w:r>
      <w:r w:rsidR="00315D5F">
        <w:t>.</w:t>
      </w:r>
    </w:p>
    <w:p w14:paraId="202C6A44" w14:textId="651CE927" w:rsidR="00891030" w:rsidRDefault="00000000" w:rsidP="00AE6005">
      <w:pPr>
        <w:pStyle w:val="Frspaiere"/>
        <w:ind w:firstLine="720"/>
        <w:jc w:val="both"/>
      </w:pPr>
      <w:r>
        <w:t xml:space="preserve">Art. </w:t>
      </w:r>
      <w:r w:rsidR="004C2DE1">
        <w:t>5</w:t>
      </w:r>
      <w:r>
        <w:t>. Compartimentul administrativ și conducătorul auto desemnat vor aduce la îndeplinire</w:t>
      </w:r>
      <w:r w:rsidR="00891030">
        <w:t>a prevederilor prezentei dispozitii</w:t>
      </w:r>
      <w:r w:rsidR="004C2DE1">
        <w:t>.</w:t>
      </w:r>
    </w:p>
    <w:p w14:paraId="3D3D286C" w14:textId="620F263F" w:rsidR="00AE6005" w:rsidRDefault="00891030" w:rsidP="00AE6005">
      <w:pPr>
        <w:pStyle w:val="Frspaiere"/>
        <w:ind w:firstLine="720"/>
        <w:jc w:val="both"/>
      </w:pPr>
      <w:r>
        <w:t>Art.</w:t>
      </w:r>
      <w:r w:rsidR="004C2DE1">
        <w:t xml:space="preserve"> 6</w:t>
      </w:r>
      <w:r w:rsidR="00AE6005">
        <w:t xml:space="preserve">. Secretarului general al comunicei Coroiesti, va comunjca prezenta </w:t>
      </w:r>
      <w:r w:rsidR="007C177E">
        <w:t xml:space="preserve">hotarare, </w:t>
      </w:r>
      <w:r w:rsidR="00AE6005">
        <w:t>tuturor institutiilor interesate si va afisa</w:t>
      </w:r>
      <w:r w:rsidR="004C2DE1">
        <w:t xml:space="preserve">ta </w:t>
      </w:r>
      <w:r w:rsidR="00AE6005">
        <w:t xml:space="preserve"> pe situl institutiei.</w:t>
      </w:r>
    </w:p>
    <w:p w14:paraId="588F6B49" w14:textId="77777777" w:rsidR="00AE6005" w:rsidRDefault="00AE6005" w:rsidP="00D65437">
      <w:pPr>
        <w:pStyle w:val="Frspaiere"/>
        <w:jc w:val="both"/>
      </w:pPr>
    </w:p>
    <w:p w14:paraId="21457DC6" w14:textId="619119DD" w:rsidR="007C177E" w:rsidRDefault="00AE6005" w:rsidP="007C177E">
      <w:pPr>
        <w:pStyle w:val="Frspaiere"/>
        <w:jc w:val="center"/>
      </w:pPr>
      <w:r>
        <w:t xml:space="preserve">Data: </w:t>
      </w:r>
      <w:r w:rsidR="007C177E">
        <w:t xml:space="preserve">   septembrie 2025</w:t>
      </w:r>
      <w:r>
        <w:br/>
      </w:r>
    </w:p>
    <w:p w14:paraId="75A6761A" w14:textId="77777777" w:rsidR="007C177E" w:rsidRDefault="007C177E" w:rsidP="007C177E">
      <w:pPr>
        <w:pStyle w:val="Frspaiere"/>
        <w:jc w:val="center"/>
      </w:pPr>
    </w:p>
    <w:p w14:paraId="40B5E460" w14:textId="77777777" w:rsidR="007C177E" w:rsidRDefault="007C177E" w:rsidP="007C177E">
      <w:pPr>
        <w:pStyle w:val="Frspaiere"/>
        <w:jc w:val="center"/>
      </w:pPr>
    </w:p>
    <w:p w14:paraId="1DDA7C82" w14:textId="0A25130D" w:rsidR="00AE6005" w:rsidRDefault="007C177E" w:rsidP="007C177E">
      <w:pPr>
        <w:pStyle w:val="Frspaiere"/>
        <w:jc w:val="center"/>
      </w:pPr>
      <w:r>
        <w:t>Initiator</w:t>
      </w:r>
      <w:r w:rsidR="00544B3F">
        <w:t xml:space="preserve">                                                                                                                             </w:t>
      </w:r>
      <w:r>
        <w:t xml:space="preserve">Avizat -legalitatea </w:t>
      </w:r>
      <w:r w:rsidR="00AE6005">
        <w:t xml:space="preserve">Cristian LUNGU                                                                                            Secretar general-Gina Boza </w:t>
      </w:r>
    </w:p>
    <w:p w14:paraId="347B861B" w14:textId="77777777" w:rsidR="00544B3F" w:rsidRDefault="00544B3F" w:rsidP="00D65437">
      <w:pPr>
        <w:pStyle w:val="Frspaiere"/>
        <w:jc w:val="both"/>
      </w:pPr>
    </w:p>
    <w:sectPr w:rsidR="00544B3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093212"/>
    <w:multiLevelType w:val="hybridMultilevel"/>
    <w:tmpl w:val="63541BFC"/>
    <w:lvl w:ilvl="0" w:tplc="E4FE7816">
      <w:numFmt w:val="bullet"/>
      <w:lvlText w:val="-"/>
      <w:lvlJc w:val="left"/>
      <w:pPr>
        <w:ind w:left="119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0" w15:restartNumberingAfterBreak="0">
    <w:nsid w:val="160B6AE9"/>
    <w:multiLevelType w:val="hybridMultilevel"/>
    <w:tmpl w:val="A03219B4"/>
    <w:lvl w:ilvl="0" w:tplc="1F86E04E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249042">
    <w:abstractNumId w:val="8"/>
  </w:num>
  <w:num w:numId="2" w16cid:durableId="917636310">
    <w:abstractNumId w:val="6"/>
  </w:num>
  <w:num w:numId="3" w16cid:durableId="1191063903">
    <w:abstractNumId w:val="5"/>
  </w:num>
  <w:num w:numId="4" w16cid:durableId="458844863">
    <w:abstractNumId w:val="4"/>
  </w:num>
  <w:num w:numId="5" w16cid:durableId="31535566">
    <w:abstractNumId w:val="7"/>
  </w:num>
  <w:num w:numId="6" w16cid:durableId="1229341588">
    <w:abstractNumId w:val="3"/>
  </w:num>
  <w:num w:numId="7" w16cid:durableId="119493743">
    <w:abstractNumId w:val="2"/>
  </w:num>
  <w:num w:numId="8" w16cid:durableId="919949011">
    <w:abstractNumId w:val="1"/>
  </w:num>
  <w:num w:numId="9" w16cid:durableId="939987057">
    <w:abstractNumId w:val="0"/>
  </w:num>
  <w:num w:numId="10" w16cid:durableId="132914771">
    <w:abstractNumId w:val="10"/>
  </w:num>
  <w:num w:numId="11" w16cid:durableId="3807146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7679"/>
    <w:rsid w:val="0015074B"/>
    <w:rsid w:val="0018261D"/>
    <w:rsid w:val="001A7F57"/>
    <w:rsid w:val="0029639D"/>
    <w:rsid w:val="00305E40"/>
    <w:rsid w:val="0031564F"/>
    <w:rsid w:val="00315D5F"/>
    <w:rsid w:val="00326F90"/>
    <w:rsid w:val="003D379E"/>
    <w:rsid w:val="003E18B7"/>
    <w:rsid w:val="003E7E44"/>
    <w:rsid w:val="004C2DE1"/>
    <w:rsid w:val="00544B3F"/>
    <w:rsid w:val="00744733"/>
    <w:rsid w:val="007C177E"/>
    <w:rsid w:val="008342EF"/>
    <w:rsid w:val="00891030"/>
    <w:rsid w:val="008E7E2A"/>
    <w:rsid w:val="00931569"/>
    <w:rsid w:val="009F47D5"/>
    <w:rsid w:val="00A139CA"/>
    <w:rsid w:val="00A53062"/>
    <w:rsid w:val="00AA1D8D"/>
    <w:rsid w:val="00AE6005"/>
    <w:rsid w:val="00B47730"/>
    <w:rsid w:val="00B91284"/>
    <w:rsid w:val="00CB0664"/>
    <w:rsid w:val="00CD5329"/>
    <w:rsid w:val="00CF4892"/>
    <w:rsid w:val="00D65437"/>
    <w:rsid w:val="00D93089"/>
    <w:rsid w:val="00DB4991"/>
    <w:rsid w:val="00E878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A2F5EF"/>
  <w14:defaultImageDpi w14:val="300"/>
  <w15:docId w15:val="{950BC9DF-3B8A-47C0-87B0-C083A2BD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imariacoroiesti.r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coroiesti_2007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Coroiesti</cp:lastModifiedBy>
  <cp:revision>17</cp:revision>
  <cp:lastPrinted>2025-09-10T09:10:00Z</cp:lastPrinted>
  <dcterms:created xsi:type="dcterms:W3CDTF">2025-09-10T06:44:00Z</dcterms:created>
  <dcterms:modified xsi:type="dcterms:W3CDTF">2025-09-12T09:29:00Z</dcterms:modified>
  <cp:category/>
</cp:coreProperties>
</file>